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מה המשותף? (סטים חדשים)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🧩 קלפי מה המשותף? (סטים חדשים)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57274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5727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🍋 לִימוֹן · 🌻 חַמָּנִית · 🍌 בָּנָנָה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זֶה צֶבַע 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צָהֹב – לימון, חמנייה ובננה – כולם צהובים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🐄 פָּרָה · 🐐 עֵז · 🍼 בַּקְבּוּק לַתִּינוֹק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זֶה לָבָן וְשׁוֹתִים אוֹתוֹ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חָלָב – פרה ועז נותנות חלב, ובבקבוק של התינוק יש חלב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🚗 מְכוֹנִית · 🚲 אוֹפַנַּיִם · 🛒 עֲגָלָה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הֵם עֲגֻלִּים וּמְסְתּוֹבְבִים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גַּלְגַּלִּים – למכונית, לאופניים ולעגלה יש גלגלים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🐟 דָּג · 🐬 דּוֹלְפִין · 🐙 תְּמָנוּן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שָׁם הַרְבֵּה מַיִם מְלוּחִים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יָם – דג, דולפין ותמנון – כולם חיים בים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🦉 יַנְשׁוּף · 🦇 עֲטַלֵּף · ⭐ כּוֹכָבִים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חֹשֶׁךְ בַּחוּץ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לַיְלָה – ינשוף ועטלף ערים בלילה, וכוכבים רואים בלילה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🤗 חִבּוּק · 🙂 חִיּוּךְ · 🎁 מַתָּנָה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זֶה רֶגֶשׁ טוֹב 💛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שִׂמְחָה – חיבוק, חיוך ומתנה – כולם עושים שמחה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⚽ כַּדּוּר · 🍊 תַּפּוּז · 🌕 יָרֵחַ מָלֵא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זוֹ צוּרָה בְּלִי פִּנּוֹת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עָגֹל – כדור, תפוז וירח מלא – כולם עגולים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🌱 צֶמַח · 👶 תִּינוֹק · 🐣 אֶפְרוֹחַ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כָּל יוֹם קְצָת יוֹתֵר 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גְּדֵלִים – צמח, תינוק ואפרוח – כולם גדלים לאט־לאט, כמו שגם אנחנו לומדים וגדלים</w:t>
            </w:r>
          </w:p>
        </w:tc>
      </w:tr>
    </w:tbl>
    <w:p>
      <w:pPr>
        <w:pStyle w:val="Heading2"/>
        <w:bidi w:val="1"/>
        <w:jc w:val="right"/>
      </w:pPr>
      <w:bookmarkStart w:id="39299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3929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🪮 מסרק · 🔑 מפתח · 🧄 שום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גם לנו יש כאלה בפה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שיניים – שיני מסרק, שיני מפתח ושן שום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🌳 עץ · 🏫 כיתה · ♟️ שחמט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כותבים עליו בגיר או בטוש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לוח – לוח עץ, לוח כיתה ולוח שחמט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🚿 מקלחת · 🧳 מטען · ☎️ טלפון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מילה קצרה של שתי אותיות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תא – תא מקלחת, תא מטען ותא טלפון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🌵 קקטוס · 🦔 קיפוד · 🌹 ורד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זהירות – זה דוקר!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קוצים – לקקטוס, לקיפוד ולגבעול של הוורד יש קוצים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חוף הים · 🏜️ מדבר · 📦 ארגז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בונים ממנו ארמונות בחוף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חול – חול בחוף, חול במדבר וארגז 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⚽ כדורגל · 🏛️ בית משפט · 🏆 תחרות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הוא מחליט מה נכון לפי הכללים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שופט – שופט במשחק כדורגל, שופט בבית משפט ושופט בתחרות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🎈 בלון · 🫁 ריאות · 🛟 גלגל 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אי אפשר לראות אותו, אבל נושמים אותו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אוויר – בלון, ריאות וגלגל ים מתמלאים באוויר. נשימה עמוקה ממלאת את הריאות – ומרגיעה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🎡 ענק · 🛟 הצלה · 🚗 רזרבי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הוא עגול ומסתובב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גלגל – גלגל ענק, גלגל הצלה וגלגל רזרבי</w:t>
            </w:r>
          </w:p>
        </w:tc>
      </w:tr>
    </w:tbl>
    <w:p>
      <w:pPr>
        <w:pStyle w:val="Heading2"/>
        <w:bidi w:val="1"/>
        <w:jc w:val="right"/>
      </w:pPr>
      <w:bookmarkStart w:id="79954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7995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🎼 מוזיקה · 🎨 צבעים · 📊 דירוג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מטפסים עליו – וגם מודדים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סולם – סולם מוזיקלי, סולם צבעים וסולם דירוג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☕ קפה שחור · 🍫 שוקולד · 😞 אכזבה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ההפך ממתוק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מר – קפה מר, שוקולד מר ואכזבה מרה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🔪 סכין · ✏️ עיפרון מחודד · 🧠 שכל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אפשר לחתוך בו – או לחשוב מהר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חד – סכין חדה, עיפרון חד ושכל חד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🇪🇬 נילוס · 💧 ירדן · 🌿 אמזונס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מים שזורמים מהמקור עד הים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נהר – נילוס, ירדן ואמזונס – כולם נהרות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🏔️ אוורסט · ❄️ חרמון · 🟢 תבור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מטפסים עליו עד הפסגה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הר – אוורסט, חרמון ותבור – כולם הרים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🏛️ כנסת · 🎓 מועצת תלמידים · 👪 ועד הורים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מצביעים בפתק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בחירות – את חברי הכנסת, מועצת התלמידים וועד ההורים בוחרים בבחירות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🌀 קפיץ · 🏀 כדור · 🧍 אדם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״קופצים בחזרה״ אחרי לחץ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חוסן – קפיץ נמתח וחוזר, כדור נוחת וקופץ – ואדם יכול לחזור לעצמו אחרי קושי. זה חוסן!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⌚ שעון · 🚗 מד מהירות · ⛽ מד דלק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חץ דק שזז ומראה מספר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מחוג – לשעון, למד המהירות ולמד הדלק יש מחוג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מה המשותף? (סטים חדשים)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מה המשותף? (סטים חדשים)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